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刚果金南部驻外安全提醒及风险态势图</w:t>
      </w:r>
    </w:p>
    <w:p>
      <w:pPr>
        <w:spacing w:after="160"/>
        <w:jc w:val="center"/>
      </w:pPr>
      <w:r>
        <w:rPr>
          <w:rFonts w:ascii="Microsoft YaHei" w:hAnsi="Microsoft YaHei" w:eastAsia="Microsoft YaHei"/>
          <w:b/>
          <w:color w:val="1B2A6B"/>
          <w:sz w:val="30"/>
        </w:rPr>
        <w:t>2026年10月20日 · 第47版 · 个人版（简明行动指令）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统计周期：10月18日（周日）— 10月20日（周二）（48小时窗口＋突发第二天） · 个人版（简明行动指令）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1D6B45"/>
          <w:sz w:val="20"/>
        </w:rPr>
        <w:t>【个人版说明】就三件事：今天干什么、怎么避险、出事找谁。可以直接转给家人；想看更细的企业数据，找站长要。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本期速览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83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区域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73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走向</w:t>
            </w:r>
          </w:p>
        </w:tc>
        <w:tc>
          <w:tcPr>
            <w:tcW w:type="dxa" w:w="538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依据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证件检查与执法接触风险维持；油价上行、部分加油站停业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利卡西市区＋坎博韦支线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10-12 强行进入后检查持续；运输预留缓冲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N1（N39）利卡西—科卢韦齐段（TFM走廊）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货运罢工影响仍在，路况需当日核实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科卢韦齐市区与矿区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营地抢劫案后续影响；尾矿库/采空区沉降风险</w:t>
            </w:r>
          </w:p>
        </w:tc>
      </w:tr>
    </w:tbl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★最高优先｜就医与查车：</w:t>
      </w:r>
      <w:r>
        <w:rPr>
          <w:rFonts w:ascii="Microsoft YaHei" w:hAnsi="Microsoft YaHei" w:eastAsia="Microsoft YaHei"/>
          <w:b w:val="0"/>
          <w:color w:val="222222"/>
          <w:sz w:val="21"/>
        </w:rPr>
        <w:t>全国医护罢工进入第二天（10-15 早 8 点起），看病可能排不上；金沙萨全市查车持续——出车前把证件查一遍，先弄清附近哪家医院还能看病。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★卫生风险｜埃博拉持续扩散：</w:t>
      </w:r>
      <w:r>
        <w:rPr>
          <w:rFonts w:ascii="Microsoft YaHei" w:hAnsi="Microsoft YaHei" w:eastAsia="Microsoft YaHei"/>
          <w:b w:val="0"/>
          <w:color w:val="222222"/>
          <w:sz w:val="21"/>
        </w:rPr>
        <w:t>累计超 9000 例，扩散至 7 省 63 卫生区；避免前往东部疫区，注意手卫生与饮用水安全。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★治安承接｜南部三城等级维持：</w:t>
      </w:r>
      <w:r>
        <w:rPr>
          <w:rFonts w:ascii="Microsoft YaHei" w:hAnsi="Microsoft YaHei" w:eastAsia="Microsoft YaHei"/>
          <w:b w:val="0"/>
          <w:color w:val="222222"/>
          <w:sz w:val="21"/>
        </w:rPr>
        <w:t>卢本/利卡西维持「高↑」、科卢维持「严重↑」；夜间不外出、结伴出行、营地加强夜防。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今日风险态势总览图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83556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17日_1842_第44版_刚果金南部安全风险态势图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35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三城与走廊等级、本版新增要点、应急电话一图看全；高清原图另存归档夹 01_态势图，可单独转发。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一、本版事件一览（48 小时窗口＋在册承接）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950"/>
        <w:gridCol w:w="1950"/>
        <w:gridCol w:w="1950"/>
        <w:gridCol w:w="1950"/>
        <w:gridCol w:w="1950"/>
      </w:tblGrid>
      <w:tr>
        <w:trPr>
          <w:tblHeader w:val="true"/>
        </w:trPr>
        <w:tc>
          <w:tcPr>
            <w:tcW w:type="dxa" w:w="96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504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事件</w:t>
            </w:r>
          </w:p>
        </w:tc>
        <w:tc>
          <w:tcPr>
            <w:tcW w:type="dxa" w:w="147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类别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信源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引用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全国公立医院/医护人员大罢工，门诊和非急诊或延误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公共卫生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金沙萨全市查车，证件不全/车况不合格或被扣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交通·合规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S2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前总统卡比拉相关政治-军事重组持续（FRN）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军政·东部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埃博拉疫情累计超 9000 例，扩散至 7 省 63 卫生区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卫生疫情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权威口径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S4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卢本巴希油价上行，部分加油站间歇停业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后勤民生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S5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10-13/14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证件检查与在押同胞后续：部分未归、交涉中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涉华·进展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利卡西沿线强行进入后检查持续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S7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迪拉拉监狱越狱：警察 1 死、囚犯多人受伤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转述·待核实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S8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10-10起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全国货运罢工进行中，三城落地实况待核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物流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在册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—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注：公共秩序、事故、民生类计入当日事件、不计入治安数、不参与三城评分；政治类一律不入稿；【待核实】＝暂无第二来源或公开报道印证。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二、可视化数据（等级快照＋概率＋事件分布）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4324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1_等级快照_20261015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4324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1｜三城与走廊风险等级快照（2026年10月20日）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0517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3_概率预判_20261015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051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｜未来 72 小时风险概率预判（区间估计）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51341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7_事件类别_20261015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134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｜本版事件类别分布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三、防范要点（8 条·随身版）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1. 证件与就医：</w:t>
      </w:r>
      <w:r>
        <w:rPr>
          <w:rFonts w:ascii="Microsoft YaHei" w:hAnsi="Microsoft YaHei" w:eastAsia="Microsoft YaHei"/>
          <w:b w:val="0"/>
          <w:color w:val="222222"/>
          <w:sz w:val="21"/>
        </w:rPr>
        <w:t>复核护照/签证/工签、车辆证件；确认备用医院与常用药品储备。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2. 检查应对：</w:t>
      </w:r>
      <w:r>
        <w:rPr>
          <w:rFonts w:ascii="Microsoft YaHei" w:hAnsi="Microsoft YaHei" w:eastAsia="Microsoft YaHei"/>
          <w:b w:val="0"/>
          <w:color w:val="222222"/>
          <w:sz w:val="21"/>
        </w:rPr>
        <w:t>遇查车主动出示、配合不对抗；可备少量应急现金，但不对执法人员递现金私了。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3. 行车纪律：</w:t>
      </w:r>
      <w:r>
        <w:rPr>
          <w:rFonts w:ascii="Microsoft YaHei" w:hAnsi="Microsoft YaHei" w:eastAsia="Microsoft YaHei"/>
          <w:b w:val="0"/>
          <w:color w:val="222222"/>
          <w:sz w:val="21"/>
        </w:rPr>
        <w:t>结伴出行、锁门不下车不熄火；加油取现安排白天、不固定网点；雨夜不赶路。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4. 营地与住地夜防：</w:t>
      </w:r>
      <w:r>
        <w:rPr>
          <w:rFonts w:ascii="Microsoft YaHei" w:hAnsi="Microsoft YaHei" w:eastAsia="Microsoft YaHei"/>
          <w:b w:val="0"/>
          <w:color w:val="222222"/>
          <w:sz w:val="21"/>
        </w:rPr>
        <w:t>发薪现金与贵重物品不入驻地；夜班双岗、定时巡查、监控盲区补点。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5. 卫生防疫：</w:t>
      </w:r>
      <w:r>
        <w:rPr>
          <w:rFonts w:ascii="Microsoft YaHei" w:hAnsi="Microsoft YaHei" w:eastAsia="Microsoft YaHei"/>
          <w:b w:val="0"/>
          <w:color w:val="222222"/>
          <w:sz w:val="21"/>
        </w:rPr>
        <w:t>饮水煮沸、清积水防蚊；避免前往东部疫区；发热腹泻尽早就医。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6. 矿区安全：</w:t>
      </w:r>
      <w:r>
        <w:rPr>
          <w:rFonts w:ascii="Microsoft YaHei" w:hAnsi="Microsoft YaHei" w:eastAsia="Microsoft YaHei"/>
          <w:b w:val="0"/>
          <w:color w:val="222222"/>
          <w:sz w:val="21"/>
        </w:rPr>
        <w:t>采空区与沉降区不住留不穿行；尾矿库周边保持警戒距离。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7. 商业区：</w:t>
      </w:r>
      <w:r>
        <w:rPr>
          <w:rFonts w:ascii="Microsoft YaHei" w:hAnsi="Microsoft YaHei" w:eastAsia="Microsoft YaHei"/>
          <w:b w:val="0"/>
          <w:color w:val="222222"/>
          <w:sz w:val="21"/>
        </w:rPr>
        <w:t>市场与拆违路段预留时间、就近采购；不对峙、不拍摄、不传播现场画面。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8. 信息口径：</w:t>
      </w:r>
      <w:r>
        <w:rPr>
          <w:rFonts w:ascii="Microsoft YaHei" w:hAnsi="Microsoft YaHei" w:eastAsia="Microsoft YaHei"/>
          <w:b w:val="0"/>
          <w:color w:val="222222"/>
          <w:sz w:val="21"/>
        </w:rPr>
        <w:t>不转发未经核实的内部截图/聊天记录；对外只引用本刊编号[S#]。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四、应急联系（请随身保存）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先丰安保救援电话：以所在单位内部安保卡为准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本表号码以使馆、医院与商会最新公布为准，如有变更以官方渠道为准。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620000" cy="207425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oin_q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0742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333333"/>
          <w:sz w:val="19"/>
        </w:rPr>
        <w:t>站长微信（扫码添加）：情况线索上报 · 安全信息 · 企业版口令索取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B3261E"/>
          <w:sz w:val="19"/>
        </w:rPr>
        <w:t>加好友验证：所在城镇＋所在企业或个体名（不填不通过 · 预防失泄密）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1B2A6B"/>
          <w:sz w:val="22"/>
        </w:rPr>
        <w:t>本站网址：lubum.cn（每日更新 · 往期存档 · 企业版入口）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333333"/>
          <w:sz w:val="19"/>
        </w:rPr>
        <w:t>引用与转载：本报告采用编号引用制 [S#]；等级与概率均为研判参考、非官方定级。转载请注明「海外平安纪实整理」；编号对应的具体来源名称与原文已存档备查。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14"/>
      <w:headerReference w:type="default" r:id="rId15"/>
      <w:pgSz w:w="11906" w:h="16838"/>
      <w:pgMar w:top="1134" w:right="1077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刚果金南部驻外安全提醒及风险态势图 · 生成时间 2026年10月20日 11:52（GMT+2）｜第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4" w:color="CCCCCC" w:space="2"/>
      </w:pBdr>
    </w:pPr>
    <w:r>
      <w:rPr>
        <w:rFonts w:ascii="Microsoft YaHei" w:hAnsi="Microsoft YaHei" w:eastAsia="Microsoft YaHei"/>
        <w:b w:val="0"/>
        <w:color w:val="999999"/>
        <w:sz w:val="16"/>
      </w:rPr>
      <w:t>海外平安纪实 · 第47版 · 2026年10月20日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/>
    </w:pPr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footer" Target="footer1.xml"/><Relationship Id="rId1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