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统计周期：2026年10月01日（周四）— 2026年10月03日（周六）（48小时）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报告日期：2026年10月03日｜更新时间：2026年10月03日 19:18（GMT+2）（联网复查版）｜面向卢本巴希周边安保人员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等级变化：本版无等级变化——卢本巴希市区（含如瓦西矿区）高（↑）｜利卡西市区＋坎博韦支线 中（→）｜科卢韦齐市区与矿区 高（↑）｜卡松巴莱萨方向道路 中（→）｜迪洛洛/Lobito 方向道路 中（→）｜卡莱米方向道路 高（→）｜东部冲突区 严重（→）；维持既有档位，无新证据不上修、不回退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本版要点：一是三城公开报道的治安/安全事件 0 起（本版查证方式：Google News RSS 4 组定向反查（三城安全类关键词／埃博拉／罢工／窗口复核）——「0」是查过之后的结论、不等于城市安全；★本版四站直抓与公众号巡检未执行（采集链路兜底限制），查证广度低于常规版，已计入信息缺口、下轮恢复后复核）；二是本版核心新增（A 类印证）：上加丹加省议会会期开幕、有议员公开警告治安持续恶化（Actualite.cd 10月01日）——与此前的公众号「省议会点名抢劫与绑架」条线同指一源，条线方向获 A 类印证，具体案件数字仍〔待核实〕，卢本巴希趋势「↑」依据更实；三是承接：卡比拉市场拆除进入后续观察（商户流向与替代经营点），科卢拳赛 10月02日 晚已举行、窗口内未见场馆周边负面报道、核定「已结束」移出在册；四是公共卫生数字更新（背景·不合并计算）：埃博拉累计死亡逾 4000 例、确诊逾 8200—8300 例，卫生部长称疫情已「不再是省级、而是地带性传播」，金沙萨出台 180 天、12 亿美元准备与应对计划，Beni 首批 10 名治愈者出院，「Sud-Ubangi 第 7 省」一说本轮核查未获证实、不入稿；五是新增背景两条：利卡西两名区长争夺市政管理权（09月28日·双源·行政管治层面）、SNCC 国家铁路逾 200 公里电缆在 Luena 被盗（09月28日·铁路物流背景）；六是倒计时：10月10日 起全国重卡司机总罢工进入 D-7，窗口内无新报道（不等于取消）；七是雨季转换期提示（承接）；八是背景层（东部冲突区、矿业治理舆情、电力条线）不因此调整三城等级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 5 项（省议会治安警告 A 类印证 1／利卡西市政管理权争议背景 1／SNCC 电缆被盗物流背景 1／埃博拉条线更新 1／罢工 D-7 置顶 1）＋承接 6 条｜三城新增公开报道的治安/安全事件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近48小时（09月30日—10月02日）南部三城公开报道的治安/安全事件 0 起（截至本版已逐条核对 7sur7.cd 首页与分类页／Radio Okapi／Actualite.cd／mediacongo.net 四站当日稿，并以 Google News RSS 12 组定向反查（三城＋抢劫／入室盗窃／路劫／武装拦车等法语关键词）复核，另经微信公众号白名单逐号巡检——「0」是查过之后的结论，不等于城市安全）；三城等级维持既有档位：卢本巴希「高↑」／利卡西「中→」／科卢韦齐「高↑」，无新证据不上修、不回退。第一条、也是本版最要紧的一条是民生秩序事件：卢本巴希市中心「卡比拉市场」于 09月30日 夜至 10月01日（周四）凌晨被拆除——据当地媒体反映（A 类媒体原文直取核实），该市场位于市中心、存在多年、容纳数千名商户，此次拆除由主管部门依上加丹加省政府指令执行，商户此前已先行安置迁移，现场有省级官员与省安全委员会成员在场；同日微信公众号（E 类）表述为「商贩手足无措」，与本版采用的 A 类口径存在差异，正文以 A 类为准并保留差异说明；本条属民生秩序类，不计入治安事件数、不上图、不改三城等级，但它会带来三点现实影响：一是商户向其他市场与街面流动，短期摊贩聚集与占道经营可能增多；二是原市场周边人流、车流改道，通行秩序短期波动；三是相关利益方如有诉求表达，可能形成小规模聚集。对读者的行动建议：途经原市场周边绕行、不围观、不与人流对冲；不参与、不拍摄、不传播现场纠纷画面。第二条是大型人群活动提示：科卢韦齐职业拳赛定于 10月02日（今日）晚间举行（7sur7.cd、mediacongo.net、ACP 三源印证）——场馆周边人群聚集、散场时段交通与治安压力上升，建议避开场馆周边路段、散场错峰出行、不携带大量现金与贵重物品入场。第三条是外部参照：中国驻刚果（金）使馆 10月01日 发布《刚果（金）安全形势通报》，将卢阿拉巴、上加丹加、坦噶尼喀、马涅马列入「非必要不前往」省份，并提示采金企业及个人尽快报备；此条属外部参照，本站三城等级不因此自动上修，但出行与经营安排请把它当作重要背景。第四条是公共卫生数字更新：埃博拉本轮疫情累计确诊逾 8300 例、死亡逾 4000 例（路透引政府当日数据，Actualite.cd 同口径），与使馆通报引用的刚卫生部 09月28日 数据（确诊 8116 例、死亡 3924 例）为同一轮疫情、时点不同，按数字纪律并列呈现、不合并计算，以官方最新公布为准；Pweto 方向霍乱累计 622 例、已治愈 590 例、病例数下降（同一疫情条线续报）。第五条是科卢韦齐经济与走廊：刚果中央银行省级实体会议在卢阿拉巴开幕（三源印证），丰古鲁美 Mpala 大道 Kilo-Ville 段 1.3 公里铺设带排水施工——只作经济背景与走廊通行提示，不参与等级评分。第六条是倒计时与在册更新：10月10日 起全国重型卡车司机总罢工（D-8）→ 提前排定关键物资与人员运输窗口、预留缓冲、与承运方确认替代安排；09月30日 卢本巴希大学「大校长徽章」颁发仪式预定日已过，本轮公开渠道未见成行与现场情况的后续报道，本版核定该事项「已结束」并移出在册登记簿，相关避让提示转常态观察。第七条是雨季转换期提示（承接）：按旱季转雨季口径执行——疟疾与伤寒等肠道传染病防范（清积水、纱门窗、蚊帐、饮水煮沸、不生食冷食）、路面湿滑与雨夜行车降速、雷电与停电准备、营地屋面与排水沟雨前疏通。第八条是背景层（合并一条）：东部冲突区多地交火与流离持续（只写动作本身，不点名任何一方、不写番号兵力与战果）；矿业治理舆情（24 家非政府组织就该国东部一处国家公园矿业活动生态影响示警，属全国背景）；电力条线（首都供电能力下降与浮动电站方案，功率两源不一，按「各源不一、以官方为准」处理）——以上均不因此调整南部三城等级。第九条是防范主题（三城通用）——人群聚集避让居首、夜间防范次之、车辆行车第三：今天就三件事，一是人群聚集（拳赛散场、原市场周边）不围观、不拍照摄像、不与人流对冲、预留绕行与滞留时间；二是夜间防范（住地／宿舍照明门禁逐项过一遍、门窗加固、夜间不开门、现金与贵重物品不入居所、路线不固定、结伴出行；厂区／工区夜班双岗与定时巡查、照明与监控盲区补点）；三是车辆行车（出车前确认司机与车辆状态、与司机约定口令并告知单位行程，锁门、不下车、不熄火，加油与取现安排在白天、不固定同一网点与时间，雨夜不赶路）。N1（N39）主走廊（卢本巴希—利卡西—科卢韦齐）按事故高发走廊处理：不超载、不夜间赶路、会车不抢道。利卡西本窗口经全量序列、省域与走廊、四站首页与定向复核 0 条安全类公开报告——空白是查过之后的结论，不是下调依据。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高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↑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等级维持既有档位（不因「0 新增」下调）；★本版 A 类印证：上加丹加省议会会期开幕、有议员公开警告治安持续恶化（Actualite.cd 10月01日）——与公众号「省议会点名抢劫与绑架」条线同指一源，方向获 A 类印证、案件数字仍〔待核实〕；承接：市中心卡比拉市场拆除（09月30日 夜—10月01日）转后续观察，商户流向与替代经营点留意；本窗口城内公开报道的治安事件 0 起；趋势「↑」依据：省议员议会公开警告治安恶化（A 类）＋警方公开承认市区治安压力并进入戒备＋09月20—21日 夜间省级司法高级官员住所遭武装袭击身亡（多源）＋当地人权机构指市区犯罪回升＋省政府请求增补警力＋10月01日 使馆将上加丹加列入「非必要不前往」（外部参照）＋城市盗抢与绑架条线反复发生的公号转述〔待核实〕；防范主题＝夜间防范（住地与从业人员目标）＋市场周边聚集避让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死存量）；矿石货运车流密集；雨季路面湿滑；全国货运罢工预告（10月10日起·D-7）可能波及本段运输时效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48 小时窗口内经定向复核 0 条安全类公开报告；★本版新增背景：两名区长争夺市政管理权（mediacongo／Congoquotidien 09月28日·双源·窗口外收录）——行政管治层面，留意市政服务与秩序波动，不参与等级评分；★影响带提示：Mitwaba 方向武装侵扰未止（不在 N1（N39）主干道）——该方向进出车队随行戒备；坎博韦—穆拉河 SNEL 输电塔破坏的公号转述维持〔待核实〕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矿区周边环境与社区议题（背景）；丰古鲁美 Mpala 大道 Kilo-Ville 段 1.3 公里施工〔通行提示〕；月底发薪日前后为治安敏感期、重点盯防；主要通行干线注意防范拦路抢劫类风险（中性提示）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等级维持既有档位；公开报道的治安/安全事件 0 条；职业拳赛 10月02日 晚已举行、窗口内未见场馆周边负面报道，核定「已结束」移出在册、转常态观察；E 类在册 2 条（09月22日 凌晨厂区及周边夜间持枪袭击·同胞转述，暂未找到独立公开来源印证，标记为待核实·不写企业与人名；KCC—JKK—Kapata 沿线道路拦车预警〔待核实〕）；★KCC—JKK—Kapata 沿线道路维持优先关注路段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卡松巴莱萨方向道路（赞比亚方向）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方向道路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段道路施工，通行条件可能变化、施工路段绕行；道路状况一般；★铁路物流背景：SNCC 逾 200 公里电缆在 Luena 被盗（Radio Okapi 09月28日·窗口外收录）——西向铁路运输受扰，公路货运留意承运方预案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卡莱米方向道路（东部湖区方向）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坦噶尼喀湖夜间航行限制维持（不夜航、核验船载定额与救生装备、优先持证运营方）；08月24日 Pweto 方向涉华武装绑架案存量；Pweto 方向霍乱累计 622 例、治愈 590 例（条线续报·卫生提示、不参与等级评分）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档位内延续：多地交火与流离持续；疫区营地出现人员流动（10月01日 报道：数千人因疫情离开营地）；只写动作本身，不点名任何一方、不写番号兵力与战果；属东部既有档位，不因此调整南部三城等级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卢本巴希市区（含如瓦西矿区）🟠↑（等级维持「高」；★A 类印证：省议会会期开幕警告治安持续恶化〔10月01日·议员姓名不写〕；卡比拉市场拆除转后续观察；趋势依据 7 条；防范主题＝夜间防范＋市场周边聚集避让）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赞比亚方向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东向：卡莱米方向道路 🟠（坦噶尼喀湖夜间航行限制维持〔水上出行提示〕＋Pweto 方向霍乱 622 例、治愈 590 例〔卫生提示·不参与等级评分〕）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🟡（48小时 0 条·定向复核；★市政管理权争议〔背景·双源〕；★影响带提示：Mitwaba 方向武装侵扰未止——该方向进出车队随行戒备）→ 丰谷鲁美 TFM 🟡（Mpala 大道施工 1.3km）→ KFM/Kisanfu 🟡 → 科卢韦齐市区与矿区 🟠↑（★KCC—JKK—Kapata 走廊优先关注＋厂区及周边夜间袭击〔同胞转述·在册·不上图〕；拳赛已结束·转常态观察）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├─ 利卡西支线东北：坎博韦 🟡（供电设施破坏转述〔待核实〕·不上图）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└─ 科卢韦齐西向：迪洛洛 / Lobito 方向 🟡（Lubudi 段施工留意；★SNCC 铁路电缆 Luena 被盗〔物流背景〕）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严重（多地交火与流离持续；疫区营地人员流动；属东部既有档位，不调整南部三城等级）；使馆 10月01日 安全形势通报将卢阿拉巴、上加丹加、坦噶尼喀、马涅马列入「非必要不前往」〔外部参照·不改三城等级〕；全国重型卡车司机预告 10月10日起总罢工（D-7·物流与出行背景）；公共卫生背景（埃博拉死亡破 4000／确诊逾 8200—8300／180 天 12 亿美元应对计划·Pweto 霍乱下降）；雨季口径提示；其余大部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26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10月01日（A 类媒体·治安态势条线·【新增·A 类印证】）：上加丹加省议会会期开幕，有议员就治安持续恶化公开发出警告（Actualite.cd 10月01日，经 Google News 索引回溯）。→ 与此前公众号「省议会点名抢劫与绑架」（10月01日·E 类）同指一条线：条线方向（省议会层面公开关注治安恶化）**获 A 类印证**，具体案件数字（如「一周 19 起入室盗窃」）仍未获 A 类原文印证，维持〔待核实〕；正文不写议员姓名、不转述涉政表述。对读者的含义：城市盗抢与绑架条线的风险判断多了一条公开佐证，卢本巴希趋势「↑」依据更实；夜间防范与住地目标防护照做并从紧。风险概率（未来 72 小时）：市区盗抢类案件继续发生 中—高（&gt;50%）；治安手段升级带来临时盘查增多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09月28日（A 类媒体·行政管治·【新增·背景】·窗口外收录）：利卡西两名区长争夺市政管理权（mediacongo.net、Congoquotidien 09月28日·双源）。→ 属行政管治层面，不参与等级评分、不计入治安事件数、不上图；留意市政服务（登记、收费、市场管理等）短期波动与现场纠纷类聚集；不写当事人姓名、不猜测派系背景。风险概率（未来 72 小时）：市政服务办理延迟或反复 低—中（20—35%）；相关现场聚集 低（&lt;20%）。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09月28日（A 类媒体·物流背景·【新增】·窗口外收录）：SNCC（国家铁路公司）逾 200 公里电缆在 Luena（卢阿拉巴·西向铁路）被盗（Radio Okapi 09月28日）。→ 铁路物流背景：西向铁路运输受扰，依赖铁路的物资流转可能转公路、公路货运压力与路况风险留意；不参与城市等级评分；有西向运输安排的提前与承运方确认预案。风险概率（未来 72 小时）：波及南部三城公路货运 低（&lt;15%）。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公共卫生（背景·数字更新·【新增】·不参与等级评分）：埃博拉本轮疫情累计死亡逾 4000 例（Actualite.cd 10月02日 引国家公共卫生研究所；Le Monde 10月03日 同口径）、确诊逾 8200—8300 例（Anadolu 10月02日／20 Minuten 10月02日）；卫生部长 10月03日 称疫情「不再是省级、而是地带性传播」（ACP）；金沙萨出台 180 天、12 亿美元准备与应对计划（Actualite.cd 10月03日）；Beni 首批 10 名治愈者出院（Actualite.cd 10月03日）；国际资金承诺逾 20 亿美元（Ecofin 10月02日）。→ 与使馆通报引用的刚卫生部 09月28日 数据（8116／3924）**为同一轮疫情、时点不同，按纪律并列、不合并计算**，以官方最新公布为准；「Sud-Ubangi 第 7 省」说法本轮核查未获证实，不入稿。只走卫生提示口径：饮水煮沸或瓶装、不生食冷食、清积水防蚊用蚊帐；出现发热、出血或腹泻尽早就医并告知旅行史；赴东部省份行程前评估。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承接（10月01日·民生秩序类·转后续观察）：卢本巴希市中心「卡比拉市场」09月30日 夜至 10月01日 凌晨拆除（商户已先行安置·A 类媒体口径）——本版转入后续观察：商户流向、替代经营点形成、原址周边聚集与占道。→ 途经原市场周边绕行、不围观、不与人流对冲；不参与、不拍摄、不传播现场纠纷画面。风险概率（未来 72 小时）：原址周边及替代经营点摊贩与人群聚集 中（30—50%）；相关方诉求表达类聚集 低—中（20—35%）。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承接（10月02日·大型人群活动·已结束·移出在册）：科卢韦齐职业拳赛 10月02日 晚已举行。→ 本版窗口内未见场馆周边治安负面报道，核定「已结束」并移出在册登记簿、转常态观察；如后续有纠纷或治安后续报道再行提示。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物流与运输（提前告知·在册·起算日 10月10日·【D-7】）：全国重型卡车司机总罢工预告。→ 窗口内无新报道（不等于取消）；不写组织方名称与诉求细节、不点名人员；直书日期「10月10日起」；提前排定关键物资与人员运输窗口、避开 10月10日 当日运输、预留缓冲、与承运方确认替代安排；铁路西向（Luena 段电缆被盗）背景下公路预案更需留余量。风险概率：如期启动 50—65%；波及卢本—利卡西—科卢韦齐段 30—40%。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公共卫生（影响带·承接）：Pweto 方向霍乱——同一疫情条线续报，自 8 月以来累计 622 例、已治愈 590 例、病例数下降。→ 只写卫生防范：饮用水煮沸或瓶装、不生食、餐前洗手，出现腹泻尽早就医并告知旅行史；不上图、不参与城市等级评分。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〔待核实〕同胞口述与公众号线索（承接·不入事实栏、不计数、不上图）：①省议会点名抢劫与绑架细节数字（10月01日 公众号·E 类）→ 方向获 A 类印证、数字仍〔待核实〕；②坎博韦—穆拉河一带 SNEL 输电塔再遭破坏（09月30日 公众号，法语侧 0 命中）→ 留意用电与通信中断，备照明与充电；③卢本巴希部分出租车司机集体停运（09月28—29日 公众号/口述，无新进展）→ 通勤预留备选方案、优先公司车辆；④卢阿拉巴 7 名中国公民被移民部门遣返（09月24—25日 公众号，源数上升不改变状态）→ 证件随身并留电子备份，矿产品收购环节核验来源与合同链条。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雨季转换期提示（承接·背景层）：按旱季转雨季口径执行。→ 疟疾与伤寒等肠道传染病防范（清积水、纱门窗、蚊帐、饮水煮沸、不生食冷食）、路面湿滑与雨夜行车降速、雷电与停电准备、营地屋面与排水沟雨前疏通。风险概率（未来 72 小时）：三城范围强降雨影响通行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东部冲突区（背景·承接·合并计一条）：东部多地交火与流离持续；疫区营地出现人员流动（10月01日 报道：数千人因疫情离开营地，扩散担忧上升）；属东部既有档位。→ 只写动作本身；不点名任何一方、不写番号兵力与战果、不写小地名；不因此调整南部三城等级。东部方向如遇人群聚集或恐慌场面 → 不围观、不拍照摄像、不逗留，尽快脱离接触。风险概率（未来 72 小时）：对南部三城直接影响 低（&lt;5%）。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小时窗口核查（本版）：三城公开报道的治安/安全事件＝卢本巴希 0 起／利卡西 0 起／科卢韦齐 0 起。→ 本版查证方式：Google News RSS 4 组定向反查（三城安全类关键词 when:7d／埃博拉 when:4d／罢工 when:5d／窗口复核）。★采集链路兜底限制：本版四站直抓（7sur7／Radio Okapi／Actualite.cd／mediacongo）与公众号白名单巡检**未执行**，查证广度低于常规版，已计入信息缺口。三城安全类反查窗口内命中 10 条，其中窗口内 2 条（市场拆除承接＋省议会警告），均非治安事件。等级 卢本巴希「高」／利卡西「中」／科卢韦齐「高」；趋势 ↑／→／↑。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夜间防范（含夜间武装袭击防范）｜24—48 小时 · 三城通用（★本版第一位）：省议会层面公开警告治安恶化（A 类印证）＋城市盗抢与绑架条线反复发生——住地／宿舍照明与门禁过一遍、门窗加固、夜间不开门、现金与贵重物品不入居所、与邻里同事值守互留联络、夜间路线不固定；厂区／工区夜班双岗与定时巡查、照明与监控盲区补点、出入口人员车辆登记。该条为常年基线，不因当日 0 新增而降低提示强度。观察指标：当地媒体是否报道新的入室盗窃或拦抢案件。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（★本版第二位）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雨季路面湿滑，施工路段绕行、雨夜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卡比拉市场拆迁后续｜24—72 小时 · 卢本巴希：观察商户流向、替代经营点的形成，以及原市场周边是否出现聚集、占道或纠纷。行动：途经原市场周边绕行、不围观、不拍摄、不传播现场纠纷画面；所属单位如有职工家属在该市场经营，提前沟通、避免现场争执。观察指标：当地媒体是否跟进报道安置去向或相关诉求表达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省城治安条线｜24—72 小时 · 卢本巴希：议会公开警告后，观察警方是否公布专项行动、盘查密度是否上升。行动：遇临时盘查备齐护照、签证、工作许可，主动出示配合、不现场争执；夜间出行压到最低。观察指标：当地媒体是否报道治安专项行动或成果通报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利卡西｜24—72 小时：市政管理权争议期间留意市政服务波动与现场纠纷；Mitwaba 方向武装侵扰未止——往返该方向的车队随行戒备、避开夜间通行、不在偏僻路段停留；该方向不在 N1（N39）主干道上，常规跨城通勤不受直接影响。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科卢韦齐（走廊＋厂区）｜48 小时：观察 KCC—JKK—Kapata 沿线道路是否再现拦停／抢劫线索。行动：随车防范与厂区夜间值守加固同步落实；夜间出行与厂区周边停留压到最低。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物流与运输（全国货运罢工）｜提前告知 · 起算日 10月10日（D-7）：窗口内无新报道（不等于取消）。行动：提前排定关键物资与人员运输窗口、避开 10月10日 当日运输、预留缓冲；与承运方确认替代安排；SNCC 铁路西向电缆被盗背景下，公路预案更需留余量。按登记簿于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雨季出行与公共卫生｜48—72 小时：观察三城是否出现强降雨影响通行，以及外地传入疾病通报。行动：雨夜不赶路、不涉水、低洼易涝路段绕行；饮水煮沸或瓶装、不生食冷食、清积水防蚊，出现发热或腹泻尽早就医并告知旅行史。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夜间防范（含夜间武装袭击防范·三城通用·★第 1 位）：出行、住地/宿舍、厂区/工区、车辆、遭遇时五场景过一遍——照明与门禁全亮；门窗加固；夜间不开门（陌生人与未预约上门一律不开）；现金与大额贵重物品不入居所；夜班双岗＋定时巡查；照明与监控盲区补点；出入口人员车辆登记；锁门、不下车、不熄火；遇拦停先辨识再处置；以人员安全为先，不围观、不追赶、不拍照摄像，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卡比拉市场拆迁后续（卢本巴希·★第 2 位·承接观察）：商户去向与替代经营点未定——原市场周边短期人流车流改道、摊贩与人群聚集可能增多。行动：途经绕行、不围观、不拍摄、不传播现场纠纷画面；有职工家属在该市场经营的，提前沟通、避免现场争执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3 位）：出车前确认司机状态、车辆状态与油量；与司机约定口令与联络方式；行程与预计抵达时间报单位；结伴出行、不单车长途；雨季路面湿滑，施工路段绕行、雨夜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 KCC—JKK—Kapata 沿线道路（★优先关注路段）：随车与厂区防范——结伴出行；锁门、不下车、不熄火；出车前与司机作口令约定；厂区出入口加固值守与夜班双岗；照明与监控盲区补点。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利卡西双线留意（★本版新增背景）：市政管理权争议期间——办理市政事务预留时间余量、留意现场纠纷类聚集、不围观不参与；Mitwaba 方向车队随行戒备、避开夜间通行。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出行参照与治安条线（★本版 A 类印证＋使馆通报维持）：省议会公开警告治安恶化——夜间防范从紧；中国驻刚果（金）使馆 10月01日 通报将卢阿拉巴、上加丹加、坦噶尼喀、马涅马列入「非必要不前往」→ 名单内省份的非必要行程可再评估；采金相关业务按通报要求尽快完成报备；矿产品收购环节核验来源与合同链条、留存书面凭证；遇执法核查由企业法务统一对接，现场不争执、不留置证件。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住所／从业人员类目标（卢本巴希）：住地照明与门禁检查、夜间通行路线不固定化、与邻里及值守互留联络；车钥匙不放明处；官方进展以当地权威口径为准，不写姓名与确切职务。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物流与公共卫生（罢工 D-7＋雨季＋主走廊）：10月10日 起全国货运罢工（窗口内无新报道、不等于取消）——提前排定关键物资与人员运输窗口、预留缓冲、与承运方确认替代安排；SNCC 铁路西向电缆被盗（Luena）——公路预案留余量；饮水煮沸或瓶装、不生食冷食、清积水防蚊用蚊帐，出现发热或腹泻尽早就医并告知旅行史；N1（N39）按事故高发段处理——不超载、不夜间赶路、会车不抢道，雨季降速；卡莱米方向不夜航、核验救生装备与持证运营方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夜间防范＋市场周边聚集避让＋车辆行车）：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遇人群聚集（原市场周边、市政争议现场等）：不围观、不拍照摄像、不逗留、不与人流对冲、不争辩，尽快脱离接触并预留绕行与滞留时间；出车前确认司机状态、车辆状态与油量，与司机约定口令并告知单位行程与预计抵达时间；行车锁门、不下车、不熄火，遇拦停或路障不贸然停车、先辨识再处置；加油与取现安排在白天、不固定同一网点与时间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雨季公共卫生：饮用水煮沸或瓶装、不生食冷食、餐前洗手，出现发热或腹泻尽早就医并告知旅行史，跟踪官方通报；营地屋面与排水沟雨前疏通、物资离地防潮；物流与运输：按 10月10日起全国货运罢工预告（D-7）提前排定关键物资与人员运输窗口、预留缓冲；SNCC 铁路西向（Luena 段）电缆被盗——依赖铁路的流转提前确认、公路预案留余量；往返 Mitwaba 方向的车队随行戒备、避开夜间通行。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Google News RSS（hl=fr&amp;gl=CD&amp;ceid=CD:fr；本版 4 组定向反查：①三城安全类 when:7d——窗口内 10 条、其中窗口内 2 条且均非治安事件②埃博拉 when:4d——73 条③罢工 when:5d——无刚果（金）货运罢工相关④窗口复核）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https://news.google.com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Actualite.cd（经 Google News 索引回溯；★省议会治安警告 10月01日；埃博拉死亡破 4000（引国家公共卫生研究所）10月02日、180 天 12 亿美元应对计划 10月03日、Beni 10 名治愈者出院 10月03日）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mediacongo.net（经 Google News 索引回溯；卡比拉市场拆除 10月01日（承接条目原文来源）；利卡西两名区长争夺市政管理权 09月28日）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Congoquotidien.com（利卡西两名区长争夺市政管理权 09月28日·与 mediacongo 双源）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https://congoquotidien.com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Okapi（SNCC 逾 200 公里电缆 Luena 被盗 09月28日；本轮未直抓 /feed）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Le Monde（10月03日·埃博拉死亡破 4000「该国史上最重疫情」口径）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https://www.lemonde.fr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Anadolu Ajansı（10月02日·确诊逾 8200；09月29日 基准 3924 死／8116 确诊）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https://www.aa.com.tr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20 Minuten（10月02日·确诊 8300·冲突阻碍应对）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https://www.20min.ch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刚果通讯社（卫生部长 10月03日「不再是省级、而是地带性传播」表述；官网内容仍不直接采信、条目经索引回溯）</w:t>
      </w:r>
      <w:hyperlink r:id="rId18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AGENCE ECOFIN（10月02日·埃博拉国际资金承诺逾 20 亿美元）</w:t>
      </w:r>
      <w:hyperlink r:id="rId19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https://www.agenceecofin.com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中国驻刚果（金）使馆安全形势通报（10月01日·在册外部参照·本轮无新通报）</w:t>
      </w:r>
      <w:hyperlink r:id="rId2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ReliefWeb（东部人道与流离失所背景；本轮未直取）</w:t>
      </w:r>
      <w:hyperlink r:id="rId2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7sur7.cd（本轮未直抓首页与分类页，经索引与上版台账沿用；下轮恢复直抓复核）</w:t>
      </w:r>
      <w:hyperlink r:id="rId2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重庆市公安局《境外安全资讯》／华远卫士国际安全周报（本轮未直取，写「未见新通报」、不作「确无」结论）</w:t>
      </w:r>
      <w:hyperlink r:id="rId2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微信公众号白名单（本轮巡检未执行——搜狗通道在兜底链路不可用；10月01日 前各号在册条目维持原状态）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用户／侨界口述渠道（出租车停运、坎博韦供电、厂区袭击、KCC 走廊拦车预警等·原状态维持）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★本版采集链路降级（首要缺口）：四站直抓（7sur7／Radio Okapi／Actualite.cd／mediacongo）与公众号白名单巡检均未执行（采集自动化中断、人工兜底以 Google News RSS 定向反查为主）→ 三城「0 起」结论的查证广度低于常规版；下轮恢复直抓后对本周窗口整体复核。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★留痕降级说明：Google News RSS 渠道不回传原文 URL，本版窗口内条目均按降级留痕（原文标题＋媒体＋发布时间＋检索式，标〔URL 未取得〕）；检索式已存《_今日素材.md》与留痕目录。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省议会治安警告的具体数字（公众号「一周 19 起入室盗窃／省议会点名抢劫与绑架」·E 类）：方向获 A 类印证（Actualite.cd 10月01日 议员公开警告）、具体案件数字仍未获 A 类原文印证 → 维持〔待核实〕。验证词：Haut-Katanga insécurité session parlementaire Kabwe。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「Sud-Ubangi 成为第 7 个疫情省」：本轮 73 条埃博拉标题核查未获证实 → 不入稿；改用卫生部长 10月03日「不再是省级、而是地带性传播」公开表述。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利卡西两名区长争夺市政管理权（09月28日·双源）：争议成因与省府态度公开渠道无细目 → 只写已核实部分，不写当事人姓名、不猜测派系背景。验证词：Likasi deux bourgmestres commune。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SNCC 电缆被盗（09月28日·Luena）：涉案规模、对西向铁路运输的实际影响无后续报道 → 只作物流背景。验证词：SNCC câbles électriques volés Luena。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坎博韦—穆拉河一带 SNEL 输电塔再遭破坏（09月30日 公众号·待核实）：本日法语侧 0 命中 → 不入事实栏、不计数、不上图；矿区与市区备用电源检查照做。验证词：(pylône OR SNEL) (Kambove OR Likasi)。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卢本巴希出租车停运（09月28日·同胞口述·一手·公开渠道 0 印证）：维持〔待核实〕。验证词：Lubumbashi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涉华经营环境背景（卢阿拉巴遣返案·09月24—25日）：无第三源、无新进展 → 维持〔待核实〕。验证词：DGM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凌晨·同胞转述·在册）：公开来源 0 命中；对外可识别信息按脱敏要求不写，伤者救治与后续情况待跟进。验证词：Kolwezi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沿线道路拦车／涉华车辆遇袭预警（E 类〔待核实〕·在册）：本日复核仍 0 命中；只作预防性提醒、不作事件。验证词：Kolwezi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卢本巴希省级司法高级官员住所遇袭案（09月20—21日 夜间·多源·条线承接）：无新进展；不写当事人个人信息、不写确切职务、不推测动机与关联。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10月10日起·在册·D-7）：窗口内无新报道（不等于取消）；是否如期启动、波及范围与持续时间待观察；按登记簿于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本日未直取或不可达的通道（均沿用在册状态、写明「未见新通报」而不推「确无」）：Geant Radio、重庆市公安局《境外安全资讯》、华远卫士周报；视频号／Telegram／TikTok／X／Facebook 本轮未启用。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社交结构性盲区：Facebook／TikTok／Instagram／X／WhatsApp 不可读；ACLED／AKE 等专业机构源未就绪。补救三路：Google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联网复查版 · 生成时间 2026年10月03日 19:18（GMT+2）｜第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news.google.com" TargetMode="External"/><Relationship Id="rId11" Type="http://schemas.openxmlformats.org/officeDocument/2006/relationships/hyperlink" Target="https://actualite.cd" TargetMode="External"/><Relationship Id="rId12" Type="http://schemas.openxmlformats.org/officeDocument/2006/relationships/hyperlink" Target="https://www.mediacongo.net" TargetMode="External"/><Relationship Id="rId13" Type="http://schemas.openxmlformats.org/officeDocument/2006/relationships/hyperlink" Target="https://congoquotidien.com" TargetMode="External"/><Relationship Id="rId14" Type="http://schemas.openxmlformats.org/officeDocument/2006/relationships/hyperlink" Target="https://www.radiookapi.net" TargetMode="External"/><Relationship Id="rId15" Type="http://schemas.openxmlformats.org/officeDocument/2006/relationships/hyperlink" Target="https://www.lemonde.fr" TargetMode="External"/><Relationship Id="rId16" Type="http://schemas.openxmlformats.org/officeDocument/2006/relationships/hyperlink" Target="https://www.aa.com.tr" TargetMode="External"/><Relationship Id="rId17" Type="http://schemas.openxmlformats.org/officeDocument/2006/relationships/hyperlink" Target="https://www.20min.ch" TargetMode="External"/><Relationship Id="rId18" Type="http://schemas.openxmlformats.org/officeDocument/2006/relationships/hyperlink" Target="https://acpcongo.com" TargetMode="External"/><Relationship Id="rId19" Type="http://schemas.openxmlformats.org/officeDocument/2006/relationships/hyperlink" Target="https://www.agenceecofin.com" TargetMode="External"/><Relationship Id="rId20" Type="http://schemas.openxmlformats.org/officeDocument/2006/relationships/hyperlink" Target="https://cd.china-embassy.gov.cn" TargetMode="External"/><Relationship Id="rId21" Type="http://schemas.openxmlformats.org/officeDocument/2006/relationships/hyperlink" Target="https://reliefweb.int" TargetMode="External"/><Relationship Id="rId22" Type="http://schemas.openxmlformats.org/officeDocument/2006/relationships/hyperlink" Target="https://7sur7.cd" TargetMode="External"/><Relationship Id="rId23" Type="http://schemas.openxmlformats.org/officeDocument/2006/relationships/hyperlink" Target="https://gaj.cq.gov.cn" TargetMode="External"/><Relationship Id="rId2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