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统计周期：2026年09月27日（周日）— 2026年09月29日（周二）（48小时）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报告日期：2026年09月29日｜更新时间：2026年09月29日 16:37（GMT+2）（联网复查版）｜面向卢本巴希周边安保人员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 48小时 0 条·多层复核）｜科卢韦齐市区与矿区 高（↑）｜卡松巴莱萨走廊 中（→）｜卡莱米走廊 高（→）｜迪洛洛走廊 中（→）｜东部冲突区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本版要点：一是倒计时 1 天——09月30日 卢本巴希大学（UNILU）举行「大校长徽章」颁发仪式、总统将到场，机场—市区—校园沿线可能临时交通管制、盘查加强，出行须避让并预留两倍通勤时间（依据＝高等教育与大学部 09月21日 新闻稿，经中文号转译；当地媒体至今日未报道，历史上曾推迟过一次）；二是三城公开报道的治安/安全事件 0 起（已查渠道：7sur7.cd／Radio Okapi／Actualite.cd／mediacongo.net 四站首页逐条核对、Google News RSS 十余组、正文定向取 8 篇、中文公众号五组直搜）——「0」是查过之后的结论、不等于城市安全；三是同胞口述：09月28日 卢本巴希市区出租车与摩托出租车停运〔待核实〕，通勤预留备选方案；四是雨季转换期提示：疟疾与肠道传染病防范、路面湿滑雨夜降速；五是公共卫生、东部冲突区、卡莱米方向水上出行均属背景层，不因此调整三城等级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7 项（总统到访倒计时 1 天 1／同胞口述出租车停运 1／空难后续 1／公共卫生 1／东部冲突区 1／强降雨 1／食品安全 1）＋承接 6 条｜三城新增公开报道的治安/安全事件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近48小时（09月27日—29日）南部三城公开报道的治安/安全事件 0 起（截至本版已逐条核对 7sur7.cd／Radio Okapi／Actualite.cd／mediacongo.net 四站首页当日稿、Google News RSS 十余组、正文定向取 8 篇、中文公众号五组直搜与全站反查——「0」是查过之后的结论，不等于城市安全）；三城等级维持既有档位：卢本巴希「高↑」／利卡西「中→」／科卢韦齐「高↑」，无新证据不上修、不回退。第一条、也是本版最要紧的一条：09月30日 卢本巴希大学举行「大校长徽章」颁发仪式、总统将到场（倒计时 1 天）——机场—市区—校园沿线可能临时交通管制、军警与移民部门盘查加强，校园周边存在学生聚集可能 → 避开沿线、错峰出行预留两倍通勤时间、证件随身并留电子备份、不围观车队与校园聚集、不拍摄军警部署；这是出行与现场秩序提示，不涉及任何政治内容，在刚同胞不介入相关讨论。第二条是同胞口述预警：09月28日 卢本巴希市区出现出租车与摩托出租车停运，当地媒体与全网均未见报道，按口述优先纪律收录并标注待核实 → 通勤预留备选方案、优先使用公司车辆、不搭乘来路不明的摩托出租车、遇集结人群绕行。第三条是航空出行背景：宽果省 Kenge 附近空难后续——司法调查正式启动、全国哀悼 3 天（至约 09月29日）、涉事航空公司被暂停运营，遇难人数按官方定稿为 17 人，另有公开讨论呼吁对民航监管机构进行结构性改革，成因只标「调查中」 → 国内航班出行前确认承运方运营状态与班次、预留改签缓冲；不列各源分歧数字、不写姓名与职务；距三城 1 000 km 以上，不调三城等级。第四条是公共卫生：埃博拉疫情确诊 8 067 例、死亡 3 901 例（官方通报数字，属同一疫情的数字更新、非新增事件），同时有邻国自 09月29日 起延长针对刚果（金）等三国的旅行限制、受影响省份出现疫苗库存紧张 → 三城外地传入风险不变：出现发热、出血等症状尽早就医并告知旅行史；公共卫生不参与城市等级评分，也不因应对进展下调任何防范提示。第五条是雨季转换期提示：本版起按旱季转雨季口径执行——疟疾与伤寒等肠道传染病防范（清积水、纱门窗、蚊帐、饮水煮沸、不生食冷食）、路面湿滑与雨夜行车降速、雷电与停电准备，营地屋面与排水沟雨前疏通；近期中部强降雨造成大面积房屋损毁（属外省背景），说明本季降雨强度已上来，出行与驻守安排按雨季执行。第六条是东部冲突区背景（合并一条）：东部多地发生交火与阵地易手、一处机场遭无人机袭击、一处流离失所者营地人员大量外流，另有武装人员与平民在冲突中死亡——只写动作本身，不点名任何一方、不写番号兵力与战果；属东部既有档位内的延续，不因此调整南部三城等级；东部方向如遇人群聚集或恐慌场面：不围观、不拍照摄像、不逗留，尽快脱离接触。第七条是食品安全提示：东部一处村落因食用来源不明的野味发生中毒、数人死亡 → 不食用来历不明的肉类与野味、食物彻底煮熟、饮水煮沸。第八条是涉华经营环境背景：卢阿拉巴 7 名中国公民被移民部门遣返一事，本日复核仍无第三源、无新进展，维持〔待核实〕，只作经营环境背景，不点名企业与矿区、不作定性、不入事件计数、不上图；分包合规与矿运招标等公开信息提示矿区合规检查仍在收紧期 → 证件随身与电子备份、矿产品收购环节核验来源与合同链条、遇执法核查由企业法务统一对接。第九条是防范主题（三城通用）——重大活动出行避让居首、夜间防范次之、车辆行车第三：09月30日 避开机场—市区—大学沿线并预留两倍通勤时间；住地／宿舍照明与门禁逐项过一遍、门窗加固、夜间不开门、现金与贵重物品不入居所、路线不固定、结伴出行；厂区／工区夜班双岗与定时巡查、照明与监控盲区补点、出入口人员车辆登记；出车前确认司机与车辆状态、与司机约定口令并告知单位行程，行车锁门、不下车、不熄火，加油与取现安排在白天、不固定同一网点与时间，雨夜不赶路。N1（N39）主走廊（卢本巴希—利卡西—科卢韦齐）按事故高发走廊处理：不超载、不夜间赶路、会车不抢道。利卡西本窗口经全量序列、省域与走廊、四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新增」下调）；★本版新增倒计时项：09月30日 卢本巴希大学「大校长徽章」颁发仪式、总统到场，机场—市区—校园沿线可能临时交通管制与盘查加强；本窗口城内 0 起公开报道的治安事件；趋势「↑」依据 7 条：09月14日 警方公开承认市区治安压力并进入戒备＋09月14日 军警负责人令所部进入戒备＋09月20—21日 夜间省级司法高级官员住所遭武装袭击身亡（据当地媒体反映，多源）＋09月22日 当地人权机构公开指市区犯罪回升并呼吁加强安保与举报＋09月22日 省政府请求增补警力＋09月22日 司法主管部门宣布立案侦查＋要求为司法人员强化人身防护、国际台以司法人员保护为题跟进；防范主题＝重大活动避让＋夜间防范（住地与从业人员目标）从严落实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小时窗口内经全量序列＋省域＋走廊＋四站首页＋定向复核 0 条安全类公开报告；当日有非安全类稿件返回＝通道正常——空白是查过之后的结论、不是下调依据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矿区周边环境与社区议题（背景）；发薪日前后重点盯防（月底为治安敏感期）；主要通行干线注意防范拦路抢劫类风险（中性提示）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等级维持既有档位；公开渠道实体安全事件 0 条；E 类在册 2 条（09月22日 凌晨厂区及周边夜间持枪袭击·已确认·同胞转述·不写企业与人名；KCC—JKK—Kapata 走廊拦车预警〔待核实〕）；★KCC—JKK—Kapata 走廊维持优先关注路段；涉华经营环境背景只作背景、不参与等级评分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卡松巴莱萨走廊（赞比亚方向）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走廊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卡莱米走廊（东部湖区方向）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方向霍乱为卫生提示、不参与等级评分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阵地易手、一处机场遭无人机袭击、一处流离失所者营地人员大量外流，有武装人员与平民在冲突中死亡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卢本巴希市区（含如瓦西矿区）🟠↑（等级维持「高」；★本版新增：09月30日 大学仪式·总统到场·沿线可能管制与盘查加强，出行避让并预留两倍时间；趋势依据 7 条；夜间住地与从业人员目标防范——门禁围墙照明报警装置逐项自查）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赞比亚走廊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东向：卡莱米走廊 🟠（坦噶尼喀湖夜间航行限制维持〔水上出行提示〕＋Pweto 方向霍乱〔卫生提示·不参与等级评分〕）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条·多层复核）→ 丰谷鲁美 TFM 🟡 → KFM/Kisanfu 🟡 → 科卢韦齐市区与矿区 🟠↑（KCC—JKK—Kapata走廊优先关注＋厂区及周边夜间袭击〔同胞转述·在册·不上图〕）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走廊 🟡（Lubudi 段施工留意）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严重（多地交火、阵地易手、机场遭无人机袭击、营地人员外流；属东部既有档位，不调整南部三城等级）；宽果省 Kenge 附近空难后续（司法调查＋全国哀悼·17人官方定稿；距三城 1000km 以上）；全国重型卡车司机预告 10月10日起总罢工（物流与出行背景）；埃博拉与 Pweto 方向霍乱（公共卫生背景）；中部强降雨致房屋损毁（雨季口径提示）；其余大部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23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09月30日（倒计时 1 天·在册·出行与现场秩序提示）：卢本巴希大学（UNILU）举行「大校长徽章」颁发仪式，总统将到场。→ 依据＝高等教育与大学部 09月21日 新闻稿（经中文号转译），当地四大媒体至 09月29日 仍未报道；该仪式历史上曾推迟过一次，存在再次调整可能。地点：卢本巴希·卢本巴希大学（Luano 机场—市区—校园沿线）。影响范围：沿线临时交通管制、军警与移民部门盘查加强、校园周边人员聚集。→ 避开沿线、错峰出行预留两倍通勤时间；证件随身并留电子备份；不围观车队与校园聚集、不拍摄军警部署；在刚同胞不介入相关讨论；矿区门禁与夜班值守加密。风险概率（未来 24 小时）：交通管制 60—75%／盘查加强 65—80%／校园周边聚集 25—40%。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09月28日（同胞口述·一手·公开渠道 0 印证·待核实）：卢本巴希市区出现出租车与摩托出租车停运。→ 当地媒体与全网检索均无报道，按口述优先纪律收录，永不因媒体未报而丢弃；不清楚起因（油价／费用整顿／其他），获第二源后升级为多源报道。地点：卢本巴希市区（具体集合点待确认）。→ 通勤预留备选方案、优先使用公司车辆；不搭乘来路不明的摩托出租车；遇集结人群绕行、不围观。风险概率（未来 72 小时）：停运延续或再发 15—30%（公开信息缺失、置信度低）；与 09月30日 活动安保叠加造成市区通行受阻 25—40%。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09月28—29日（据当地媒体反映·航空出行·后续进展）：宽果省 Kenge 附近空难后续——司法调查正式启动、全国哀悼 3 天（至约 09月29日）、涉事航空公司被暂停运营，另有公开讨论呼吁对民航监管机构进行结构性改革。→ 遇难人数对外只写「17 人（官方定稿）」，不列各源分歧数字；不写姓名与职务；成因只标「调查中」。出行提示：国内航班出行前确认承运方运营状态与班次、预留改签缓冲；哀悼期最后一天不围观任何哀悼集会。距三城 1 000 km 以上，不调三城等级。风险概率（未来 72 小时）：国内航班班次进一步调整或取消 30—45%。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09月28—29日（据当地媒体反映·公共卫生·同一疫情非新增）：埃博拉疫情确诊 8 067 例、死亡 3 901 例；邻国自 09月29日 起延长针对刚果（金）等三国的旅行限制；受影响省份出现疫苗库存紧张、接种仍属部分开展。→ 属同一疫情的数字更新与应对进展、非新增事件；不参与城市等级评分，也不因应对进展下调防范提示。三城输入性风险不变 → 出现发热、出血等症状尽早就医并告知旅行史；饮水与食品卫生、不生食。风险概率（未来 72 小时）：南部三城出现输入性病例通报 低（&lt;10%）。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09月27—29日（据当地媒体反映·雨季转换期提示）：本版起按旱季转雨季口径执行。→ 疟疾与伤寒等肠道传染病防范：清理住地积水、纱门窗完好、蚊帐夜间必用、常备驱蚊用品，发热或寒战及时就医并留就诊记录；饮水煮沸或瓶装、不生食冷食、餐具常消毒、不吃来源不明摊贩食品；路面湿滑、坑洼积水、能见度差——雨夜不赶路、不涉水、桥涵与低洼易涝路段绕行，出车前查雨刮轮胎灯光；雷雨时避开空旷高地与大树下、暂停露天作业面，备照明与充电；营地屋面与排水沟雨前疏通一次、物资离地防潮。近期中部强降雨造成大面积房屋损毁（外省背景，非三城事件）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09月27—29日（据当地媒体反映·东部冲突区·合并计一条）：东部多地发生交火与阵地易手、一处机场遭无人机袭击、一处流离失所者营地人员大量外流，另有武装人员与平民在冲突中死亡。→ 只写动作本身；不点名任何一方、不写番号兵力与战果、不写小地名；属东部既有档位，不因此调整南部三城等级。东部方向如遇人群聚集或恐慌场面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09月29日（据当地媒体反映·食品安全提示）：东部一处村落因食用来源不明的野味发生食物中毒，数人死亡。→ 只作食品安全提示，不写村名细节；不食用来历不明的肉类与野味、食物彻底煮熟、饮水煮沸；出现呕吐腹泻尽早就医。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09月24日（据当地媒体反映·涉华经营环境背景·本日复核无新进展）：卢阿拉巴 7 名中国公民被移民部门遣返。→ 维持〔待核实〕；只作经营环境背景；不点名企业与矿区、不转述定性与指控用语、不写人名；不入事件计数、不上图、不调等级。可复用合规提示：矿产品收购环节核验来源与合同链条、留存书面凭证；分包与本地含量环节核验资质与许可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经营环境背景（承接·公开信息）：矿业分包合规检查与矿运招标持续进行、清退不合规分包的公开动作仍在推进。→ 只作经营环境背景；不点名具体企业、不作定性；合规提示同上一条。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方向霍乱。→ 同一疫情、非新增事件；只写卫生防范：饮用水煮沸或瓶装、不生食、餐前洗手，出现腹泻尽早就医并告知旅行史；不上图、不参与城市等级评分。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N1（N39）主走廊（卢本巴希—利卡西—科卢韦齐·承接·存量）：按事故高发走廊处理。→ 不超载、不夜间赶路、会车不抢道；雨季路面湿滑降速；沿线货运与通勤车辆白天完成加油与取现。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暂无公开报道印证（法语侧多轮复核 0 命中）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、周边小型企业与通勤线路一并纳入值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作出、09月23日 见报（据当地媒体反映·多源·条线进展）：卢本巴希一名省级司法高级官员在住所遇袭身亡一案的处置动向——有关部门已介入处置并立案侦查，出现加强司法人员人身防护的公开动向。→ 本日复核无新进展；不写姓名、不写确切职务、不复述侦办细节、不推测动机；与既有条线共同构成卢本巴希趋势「↑」的依据（7 条）。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10月10日）：全国重型卡车司机宣布举行全国总罢工。→ 只作物流与出行背景；不写组织方名称与诉求细节、不点名人员；直书日期、不写「随时可能」。南部三城矿区物流与 N1（N39）主走廊运输可能受波及 → 提前排定关键物资与人员运输窗口、预留缓冲。风险概率：如期启动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出行提示（中性·承接·合并计一条）：南部三城可能出现人员集会与人群聚集，可能伴随临时交通管制与临检。→ 遇集会或人群聚集：不围观、不拍照摄像、不逗留、不与人流对冲，尽快脱离接触；建议绕行、预留时间。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小时窗口核查（本版）：三城公开报道的治安/安全事件＝卢本巴希 0 起／利卡西 0 起／科卢韦齐 0 起。→ 已查渠道：7sur7.cd／Radio Okapi／Actualite.cd／mediacongo.net 四站首页逐条核对、Google News RSS 三城与走廊专词多组、正文定向取 8 篇、中文公众号五组直搜（卢本／利卡西／科卢韦齐／卡松巴莱萨／丰谷鲁美）与全站反查；同轮对照查询均正常返回，0 命中为「确无新增」而非通道故障。等级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重大活动出行避让（09月30日 卢本巴希｜24 小时 · ★本版第一位·在册倒计时）：卢本巴希大学「大校长徽章」颁发仪式、总统到场——机场—市区—校园沿线可能临时交通管制、军警与移民部门盘查加强，校园周边存在人员聚集可能。行动：避开沿线、错峰出行预留两倍通勤时间；证件随身并留电子备份；不围观车队与校园聚集、不拍摄军警部署；在刚同胞不介入相关讨论；矿区门禁与夜班值守加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二位）：住地／宿舍照明与门禁过一遍、门窗加固、夜间不开门、现金与贵重物品不入居所、与邻里同事值守互留联络、夜间路线不固定；厂区／工区夜班双岗与定时巡查、照明与监控盲区补点、出入口人员车辆登记、周边小型企业与宿舍一并纳入值防；该条为常年基线，不因当日 0 新增而降低提示强度。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三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卢本巴希（住地、从业人员目标与市内通勤）｜24 小时：观察是否出现同类针对住所与从业人员的袭击，以及出租车停运是否延续。行动：住地照明与门禁过一遍、夜间路线不固定、陌生人上门不轻易开门、车钥匙不放明处；通勤预留备选方案、不搭乘来路不明摩托出租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走廊是否再现拦停／抢劫线索。行动：随车防范与厂区夜间值守加固同步落实；夜间出行与厂区周边停留压到最低。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10月10日：观察罢工是否如期启动、是否波及南部三城与 N1（N39）走廊。行动：提前排定关键物资与人员运输窗口、预留缓冲；与承运方确认替代安排。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小时：观察三城是否出现强降雨影响通行、以及外地传入疾病通报。行动：雨夜不赶路、不涉水、低洼易涝路段绕行；饮水煮沸或瓶装、不生食冷食、清积水防蚊，出现发热或腹泻尽早就医并告知旅行史。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利卡西（N1（N39）走廊）｜48—72 小时：观察 N1 卢本—利卡西段是否再现重型车事故。行动：不超载、不夜间赶路、会车不抢道；雨前雨后降速。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卡莱米走廊（水上出行）｜48—72 小时：观察坦噶尼喀湖夜间航行限制的执行范围与解除时点。行动：不夜航、核验船载定额与救生装备、优先选择持证运营方。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09月30日 卢本巴希重大活动出行避让（★本版第 1 位·在册倒计时 1 天）：机场—市区—大学沿线可能临时交通管制、军警与移民部门盘查加强——避开沿线、错峰出行预留两倍通勤时间；证件随身并留电子备份；不围观车队与校园聚集、不拍摄军警部署；在刚同胞不介入相关讨论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夜间防范（含夜间武装袭击防范·三城通用·★第 2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市内通勤备选（卢本巴希·本版新增）：同胞口述出租车与摩托出租车停运〔待核实〕——通勤预留备选方案、优先使用公司车辆；不搭乘来路不明的摩托出租车；遇集结人群绕行、不围观。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走廊（★优先关注路段）：随车与厂区防范——结伴出行；锁门、不下车、不熄火；出车前与司机作口令约定；厂区出入口加固值守与夜班双岗；照明与监控盲区补点。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矿业合规（涉华经营环境·承接）：矿产品收购环节核验来源与合同链条、留存书面凭证；分包与本地含量环节核验资质与许可；作业前核验许可与场地权属；证件随身并留电子备份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雨季出行、公共卫生与主走廊（三城＋Pweto 方向＋卡莱米走廊）：饮水煮沸或瓶装、不生食冷食、清积水防蚊用蚊帐，出现发热或腹泻尽早就医并告知旅行史；不食用来历不明的肉类与野味；N1（N39）按事故高发段处理——不超载、不夜间赶路、会车不抢道，雨季降速；卡莱米方向不夜航、核验救生装备与持证运营方；国内航班出行前确认承运方运营状态与班次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重大活动避让＋夜间防范＋雨季出行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出车前确认司机状态、车辆状态与油量，与司机约定口令并告知单位行程与预计抵达时间；行车锁门、不下车、不熄火，遇拦停或路障不贸然停车、先辨识再处置，施工路段绕行、夜间不赶路；遭遇袭击时以人员安全为先，不围观、不追赶、不拍照摄像，及时通报并留证；遇集会、游行或人群聚集：不围观、不拍照摄像、不逗留、不与人流对冲、不争辩，尽快脱离接触并配合现场检查，出行预留绕行与滞留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矿产品收购环节核验来源与合同链条、留存书面凭证，分包与本地含量环节核验资质与许可，作业前核验许可与场地权属，遇执法核查由企业法务统一对接、现场不争执不留置证件；卡莱米方向水上出行：不夜航、核验船载定额与救生装备、优先选择持证运营方；国内航班出行前确认承运方运营状态与班次、预留改签缓冲；物流与运输：按 10月10日起全国货运罢工预告提前排定关键物资与人员运输窗口、预留缓冲；公共卫生：饮用水煮沸或瓶装、不生食冷食、餐前洗手，出现发热或腹泻尽早就医并告知旅行史，跟踪官方通报。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7sur7.cd（09月29日 首页 200／当日稿：Kindu 行政纠纷、人口普查、教育收费、ESURSI 静坐预告、Kenge 空难后续与 ANFA 讨论等；三城全量序列本窗口内 0 条安全类）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Okapi（09月29日 首页 200／当日稿：Bunia 无牌车辆、Masisi 无人机与流弹致平民死亡、Walikale／Kalehe 流离失所、Bukavu Bagira 夜间盗案、Tshopo 埃博拉应对等；治安类无三城条目）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Actualite.cd（09月29日 首页 200／当日稿：Masisi Kausa 夜间袭击 3 死 3 伤、Ituri Rhoo 人员外流、Walikale 食物中毒、Kasaï-Central 强降雨、加拿大延长旅行限制、Kenge 空难评论等）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mediacongo.net（09月28日 首页 200／当日稿：Likasi 市镇管理权争议、全国重型卡车司机罢工预告、Kenge 空难公民社会诉求等）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刚果通讯社（当日稿：上加丹加省气象机构国际标准议题、Likasi 医疗机构活动等；站内检索通道不可用）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RSS（本版十余组：三城全量／三城专词／省域走廊／涉华／东线／首都等；同轮对照查询均正常返回，窗口内三城公开报道的治安/安全事件 0 条；注：Kolwezi 与 Likasi 关键词 feed 存在 3—4 天滞后，已用站内首页替代）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中国驻刚果（金）使馆（走首页 200／44 条：最新安全类提醒仍为 2026年05月29日「提醒中国公民近期谨慎前往刚果（金）」＋05月28日 埃博拉防控提示，未见 09月28—29日 新通报）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重庆市公安局《境外安全资讯》（连接超时，本日未取得，已如实标注）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华远卫士国际安全周报（HTTP 可连通但无境外安全资讯栏目更新，本日无可用条目）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http://huayuanweishi.com/news/security/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微信公众号直搜（搜狗通道，本版五组：卢本巴希／科卢韦齐／利卡西／卡松巴莱萨／丰谷鲁美×治安词；命中均为 48 小时外内容，最新相关稿为 09月23日）＋用户提供公众号线索（09月28日 晚，含东部无人机袭击、矿运招标与分包合规）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https://weixin.sogou.com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用户／侨界口述渠道（09月28日 卢本巴希出租车与摩托出租车停运·口述·一手·待核实）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ReliefWeb（东部人道与流离失所背景；埃博拉疫情数据与应对背景）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Copperbelt Katanga Mining / Geant Radio / Le Baromètre.cd（矿业与地方垂直源；科卢韦齐当日报道量可能被低估）</w:t>
      </w:r>
      <w:hyperlink r:id="rId2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https://copperbeltkatangamining.com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矿区背景资料：公开资料汇编（手工矿工清退历史报道、矿工矛盾分析、矿区警卫队组建报道等），供背景参考。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 09月30日 大学仪式（倒计时 1 天·在册）：依据为高等教育与大学部 09月21日 新闻稿（经中文号转译），当地四大媒体至 09月29日 未报道；该仪式历史上曾推迟过一次 → 成行与否、管制范围以官方与现场为准，本页只作出行与秩序提示、不涉及任何政治内容。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印证）：当地媒体与全网检索均无报道 → 维持〔待核实〕；起因与持续时间待站长／侨群确认，获第二源后升级为多源报道。验证词：Lubumbashi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涉华经营环境背景（卢阿拉巴遣返案·09月24日）：本日复核仍无第三源、无新进展 → 维持〔待核实〕；只作经营环境背景，不点名企业与矿区、不转述定性与指控用语、剔除人名。验证词：DGM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凌晨·用户转述，暂未找到独立公开来源印证，标记为待核实·在册）：公开来源 0 命中，法语侧多轮检索复核；对外可识别信息按脱敏要求不写，伤者救治与后续情况待跟进。验证词：Kolwezi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走廊拦车／涉华车辆遇袭预警（E 类〔待核实〕·在册）：本日复核仍 0 命中；只作预防性提醒、不作事件；与厂区袭击案不合并计数、不互相取证。验证词：Kolwezi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夜间·多源·条线承接）：本日复核无新进展；官方处置与案件进展以当地权威口径为准；不写当事人个人信息、不写确切职务、不推测动机与关联。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宽果省 Kenge 附近空难（09月25—29日·多源·全国背景）：遇难人数对外只写「17 人（官方定稿）」，不列各源分歧数字；乘员职务与姓名全剔；成因只标「调查中」；距三城 1 000 km 以上、不调三城等级。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东部冲突区（交火／阵地易手／无人机袭击／营地人员外流／平民伤亡）：细节以官方通报为准；距三城 1 000 km 以上，不调整南部三城等级。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Pweto 方向霍乱（同一疫情、非新增事件）：本日无新的官方数据；后续数字变化须给前序口径并写明「同一疫情、非新增事件」；只写防范、不作疫情定性、不上图、不参与城市等级评分。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10月10日起·在册）：是否如期启动、波及范围与持续时间待观察；对外只作物流与出行背景，直书日期、不写「随时可能」；按登记簿于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 48 小时 0 条（全量序列＋省域＋走廊＋四站首页＋定向复核）：空白是查过之后的结论、不是下调依据；下轮继续换词复核。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公众号白名单自动通道连续第 8 个观察日半恢复（状态码 200／字节数极小／有效条目 0）→ 不作当日来源；当日公众号覆盖走搜狗直搜五组＋全站反查，命中均为 48 小时外内容。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本日未取得数据的通道：Cable.CD DNS 解析失败（本日无该站数据，不得以其「无稿」下结论）；重庆市公安局《境外安全资讯》连接超时；华远卫士可连通但无境外安全资讯更新；刚果通讯社站内检索返回 0 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社交结构性盲区与未跑项：Facebook／TikTok／Instagram／X／WhatsApp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2026年09月29日 16:37（GMT+2）｜第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7sur7.cd" TargetMode="External"/><Relationship Id="rId11" Type="http://schemas.openxmlformats.org/officeDocument/2006/relationships/hyperlink" Target="https://www.radiookapi.net" TargetMode="External"/><Relationship Id="rId12" Type="http://schemas.openxmlformats.org/officeDocument/2006/relationships/hyperlink" Target="https://actualite.cd" TargetMode="External"/><Relationship Id="rId13" Type="http://schemas.openxmlformats.org/officeDocument/2006/relationships/hyperlink" Target="https://mediacongo.net" TargetMode="External"/><Relationship Id="rId14" Type="http://schemas.openxmlformats.org/officeDocument/2006/relationships/hyperlink" Target="https://acpcongo.com" TargetMode="External"/><Relationship Id="rId15" Type="http://schemas.openxmlformats.org/officeDocument/2006/relationships/hyperlink" Target="https://news.google.com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gaj.cq.gov.cn" TargetMode="External"/><Relationship Id="rId18" Type="http://schemas.openxmlformats.org/officeDocument/2006/relationships/hyperlink" Target="http://huayuanweishi.com/news/security/" TargetMode="External"/><Relationship Id="rId19" Type="http://schemas.openxmlformats.org/officeDocument/2006/relationships/hyperlink" Target="https://weixin.sogou.com" TargetMode="External"/><Relationship Id="rId20" Type="http://schemas.openxmlformats.org/officeDocument/2006/relationships/hyperlink" Target="https://reliefweb.int" TargetMode="External"/><Relationship Id="rId21" Type="http://schemas.openxmlformats.org/officeDocument/2006/relationships/hyperlink" Target="https://copperbeltkatangamining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